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серпень 2058</w:t>
      </w:r>
    </w:p>
    <w:p>
      <w:r>
        <w:t>Замовник: МХП · Бюджет: 45 год/міс · Сформовано: 09.11.2026 01:13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29.07–02.08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05.08–09.08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05.08–09.08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05.08–09.08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05.08–09.08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05.08–09.08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05.08–09.08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05.08–09.08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12.08–16.08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01.08–20.08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19.08–23.08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01.08–30.08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