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липень 2057</w:t>
      </w:r>
    </w:p>
    <w:p>
      <w:r>
        <w:t>Замовник: МХП · Бюджет: 45 год/міс · Сформовано: 08.11.2026 22:38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17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33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02.07–06.07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02.07–06.07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02.07–06.07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02.07–06.07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02.07–06.07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02.07–06.07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02.07–06.07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02.07–06.07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09.07–13.07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09.07–13.07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09.07–13.07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09.07–13.07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09.07–13.07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09.07–13.07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09.07–13.07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16.07–20.07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02.07–20.07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16.07–20.07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16.07–20.07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16.07–20.07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16.07–20.07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16.07–20.07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16.07–20.07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16.07–20.07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02.07–25.07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23.07–27.07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23.07–27.07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23.07–27.07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23.07–27.07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23.07–27.07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23.07–27.07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23.07–27.07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02.07–31.07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