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червень 2044</w:t>
      </w:r>
    </w:p>
    <w:p>
      <w:r>
        <w:t>Замовник: МХП · Бюджет: 45 год/міс · Сформовано: 06.11.2026 16:09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30.05–03.06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30.05–03.06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30.05–03.06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30.05–03.06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30.05–03.06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30.05–03.06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30.05–03.06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30.05–03.06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06.06–10.06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06.06–10.06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06.06–10.06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06.06–10.06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06.06–10.06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06.06–10.06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06.06–10.06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13.06–17.06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13.06–17.06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13.06–17.06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13.06–17.06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13.06–17.06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13.06–17.06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13.06–17.06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13.06–17.06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01.06–20.06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20.06–24.06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20.06–24.06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20.06–24.06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20.06–24.06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01.06–24.06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20.06–24.06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20.06–24.06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20.06–24.06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01.06–30.06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