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грудень 2043</w:t>
      </w:r>
    </w:p>
    <w:p>
      <w:r>
        <w:t>Замовник: МХП · Бюджет: 45 год/міс · Сформовано: 06.11.2026 15:01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5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17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11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45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33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30.11–04.12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30.11–04.12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30.11–04.12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30.11–04.12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30.11–04.12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30.11–04.12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30.11–04.12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30.11–04.12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07.12–11.12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07.12–11.12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07.12–11.12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07.12–11.12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07.12–11.12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07.12–11.12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07.12–11.12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14.12–18.12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Тестове відновлення з резервної копії на ізольованому стенді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01.12–18.12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14.12–18.12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14.12–18.12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14.12–18.12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14.12–18.12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14.12–18.12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14.12–18.12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14.12–18.12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21.12–25.12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21.12–25.12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21.12–25.12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21.12–25.12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Погоджене очищення журналів та історії запусків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01.12–25.12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21.12–25.12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21.12–25.12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21.12–25.12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Актуалізація дашбордів та алертингу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01.12–31.12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