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травень 2042</w:t>
      </w:r>
    </w:p>
    <w:p>
      <w:r>
        <w:t>Замовник: МХП · Бюджет: 45 год/міс · Сформовано: 06.11.2026 11:37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6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21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13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40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28.04–02.05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28.04–02.05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28.04–02.05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28.04–02.05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28.04–02.05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28.04–02.05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28.04–02.05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28.04–02.05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05.05–09.05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05.05–09.05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05.05–09.05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05.05–09.05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05.05–09.05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05.05–09.05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05.05–09.05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12.05–16.05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12.05–16.05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12.05–16.05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12.05–16.05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12.05–16.05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12.05–16.05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12.05–16.05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12.05–16.05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01.05–20.05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19.05–23.05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19.05–23.05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19.05–23.05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19.05–23.05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01.05–23.05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19.05–23.05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19.05–23.05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19.05–23.05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26.05–30.05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26.05–30.05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26.05–30.05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26.05–30.05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26.05–30.05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26.05–30.05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26.05–30.05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01.05–30.05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