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квітень 2039</w:t>
      </w:r>
    </w:p>
    <w:p>
      <w:r>
        <w:t>Замовник: МХП · Бюджет: 45 год/міс · Сформовано: 06.11.2026 04:27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6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21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13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40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28.03–01.04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28.03–01.04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28.03–01.04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28.03–01.04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28.03–01.04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28.03–01.04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28.03–01.04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28.03–01.04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04.04–08.04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04.04–08.04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04.04–08.04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04.04–08.04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04.04–08.04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04.04–08.04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04.04–08.04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11.04–15.04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11.04–15.04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11.04–15.04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11.04–15.04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11.04–15.04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11.04–15.04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11.04–15.04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11.04–15.04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01.04–20.04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18.04–22.04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18.04–22.04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18.04–22.04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18.04–22.04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18.04–22.04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18.04–22.04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18.04–22.04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01.04–25.04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25.04–29.04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25.04–29.04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25.04–29.04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25.04–29.04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25.04–29.04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25.04–29.04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25.04–29.04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01.04–29.04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