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грудень 2030</w:t>
      </w:r>
    </w:p>
    <w:p>
      <w:r>
        <w:t>Замовник: МХП · Бюджет: 45 год/міс · Сформовано: 31.10.2026 17:14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02.12–06.12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02.12–06.12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02.12–06.12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02.12–06.12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02.12–06.12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02.12–06.12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02.12–06.12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02.12–06.12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09.12–13.12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09.12–13.12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09.12–13.12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09.12–13.12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09.12–13.12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09.12–13.12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09.12–13.12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16.12–20.12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02.12–20.12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16.12–20.12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16.12–20.12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16.12–20.12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16.12–20.12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16.12–20.12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16.12–20.12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16.12–20.12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02.12–25.12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23.12–27.12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23.12–27.12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23.12–27.12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23.12–27.12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23.12–27.12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23.12–27.12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23.12–27.12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02.12–31.12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