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лютий 2027</w:t>
      </w:r>
    </w:p>
    <w:p>
      <w:r>
        <w:t>Замовник: МХП · Бюджет: 45 год/міс · Сформовано: 29.10.2026 03:18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01.02–05.02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01.02–05.02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01.02–05.02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01.02–05.02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01.02–05.02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01.02–05.02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01.02–05.02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01.02–05.02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08.02–12.02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08.02–12.02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08.02–12.02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08.02–12.02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08.02–12.02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08.02–12.02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08.02–12.02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15.02–19.02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01.02–19.02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15.02–19.02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15.02–19.02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15.02–19.02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15.02–19.02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15.02–19.02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15.02–19.02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15.02–19.02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01.02–25.02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22.02–26.02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22.02–26.02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22.02–26.02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22.02–26.02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22.02–26.02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22.02–26.02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22.02–26.02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01.02–26.02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